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Audrie.png"/>
                    <pic:cNvPicPr/>
                  </pic:nvPicPr>
                  <pic:blipFill>
                    <a:blip r:embed="rId11"/>
                    <a:stretch>
                      <a:fillRect/>
                    </a:stretch>
                  </pic:blipFill>
                  <pic:spPr>
                    <a:xfrm>
                      <a:off x="0" y="0"/>
                      <a:ext cx="2331720" cy="2331720"/>
                    </a:xfrm>
                    <a:prstGeom prst="rect"/>
                  </pic:spPr>
                </pic:pic>
              </a:graphicData>
            </a:graphic>
          </wp:inline>
        </w:drawing>
      </w:r>
    </w:p>
    <w:p>
      <w:pPr>
        <w:spacing w:before="280" w:after="60"/>
        <w:jc w:val="center"/>
      </w:pPr>
      <w:r>
        <w:rPr>
          <w:rFonts w:ascii="Calibri" w:hAnsi="Calibri"/>
          <w:b/>
          <w:i w:val="0"/>
          <w:color w:val="5B3A1A"/>
          <w:sz w:val="48"/>
        </w:rPr>
        <w:t>Chapter 747 Document Crosswalk</w:t>
      </w:r>
    </w:p>
    <w:p>
      <w:pPr>
        <w:spacing w:after="360"/>
        <w:jc w:val="center"/>
      </w:pPr>
      <w:r>
        <w:rPr>
          <w:rFonts w:ascii="Calibri" w:hAnsi="Calibri"/>
          <w:b w:val="0"/>
          <w:i/>
          <w:color w:val="6D7B67"/>
          <w:sz w:val="26"/>
        </w:rPr>
        <w:t>Where each required policy or record lives for children 18 months through 13 years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500"/>
        <w:gridCol w:w="6860"/>
      </w:tblGrid>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Owner/Operator</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Phone</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682-230-3325</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Address</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Email</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audriegaucin@outlook.com</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Prepared</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Prepared May 28, 2026</w:t>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EEF2EA"/>
          </w:tcPr>
          <w:p>
            <w:pPr>
              <w:spacing w:after="0"/>
            </w:pPr>
            <w:r/>
            <w:r>
              <w:rPr>
                <w:rFonts w:ascii="Calibri" w:hAnsi="Calibri"/>
                <w:b/>
                <w:i w:val="0"/>
                <w:color w:val="5B3A1A"/>
                <w:sz w:val="19"/>
              </w:rPr>
              <w:t xml:space="preserve">Note: </w:t>
            </w:r>
            <w:r>
              <w:rPr>
                <w:rFonts w:ascii="Calibri" w:hAnsi="Calibri"/>
                <w:b w:val="0"/>
                <w:i w:val="0"/>
                <w:color w:val="232323"/>
                <w:sz w:val="19"/>
              </w:rPr>
              <w:t>Built for Texas Chapter 747 licensed/registered child-care homes using the September 2024 HHSC water-safety updates. Confirm final language with your CCR inspector before use.</w:t>
            </w:r>
          </w:p>
        </w:tc>
      </w:tr>
    </w:tbl>
    <w:p>
      <w:pPr>
        <w:spacing w:after="80"/>
      </w:pPr>
    </w:p>
    <w:p>
      <w:r>
        <w:br w:type="page"/>
      </w:r>
    </w:p>
    <w:p>
      <w:pPr>
        <w:pStyle w:val="Heading1"/>
        <w:spacing w:after="100"/>
      </w:pPr>
      <w:r>
        <w:rPr>
          <w:rFonts w:ascii="Calibri" w:hAnsi="Calibri"/>
          <w:b w:val="0"/>
          <w:i w:val="0"/>
          <w:color w:val="232323"/>
          <w:sz w:val="21"/>
        </w:rPr>
        <w:t>Regulatory Source Notes</w:t>
      </w:r>
    </w:p>
    <w:p>
      <w:pPr>
        <w:spacing w:after="100"/>
      </w:pPr>
      <w:r>
        <w:rPr>
          <w:rFonts w:ascii="Calibri" w:hAnsi="Calibri"/>
          <w:b w:val="0"/>
          <w:i w:val="0"/>
          <w:color w:val="232323"/>
          <w:sz w:val="21"/>
        </w:rPr>
        <w:t>This packet is a practical template set. It does not replace Chapter 747, legal advice, or written direction from Texas HHSC Child Care Regulation. Finalize all blanks and confirm local requirements before licensing inspection or parent distribution.</w:t>
      </w:r>
    </w:p>
    <w:p>
      <w:pPr>
        <w:spacing w:after="100"/>
      </w:pPr>
      <w:r>
        <w:rPr>
          <w:rFonts w:ascii="Calibri" w:hAnsi="Calibri"/>
          <w:b/>
          <w:i w:val="0"/>
          <w:color w:val="5B3A1A"/>
          <w:sz w:val="21"/>
        </w:rPr>
        <w:t>Key source links used for this packet:</w:t>
      </w:r>
    </w:p>
    <w:p>
      <w:pPr>
        <w:pStyle w:val="ListBullet"/>
      </w:pPr>
      <w:r>
        <w:rPr>
          <w:rFonts w:ascii="Calibri" w:hAnsi="Calibri"/>
          <w:b w:val="0"/>
          <w:i w:val="0"/>
          <w:color w:val="232323"/>
          <w:sz w:val="18"/>
        </w:rPr>
        <w:t>Texas HHSC Chapter 747 Minimum Standards PDF: https://www.hhs.texas.gov/sites/default/files/documents/chapter-747-homes.pdf</w:t>
      </w:r>
    </w:p>
    <w:p>
      <w:pPr>
        <w:pStyle w:val="ListBullet"/>
      </w:pPr>
      <w:r>
        <w:rPr>
          <w:rFonts w:ascii="Calibri" w:hAnsi="Calibri"/>
          <w:b w:val="0"/>
          <w:i w:val="0"/>
          <w:color w:val="232323"/>
          <w:sz w:val="18"/>
        </w:rPr>
        <w:t>HHSC September 2024 Chapter 747 Revision Memo: https://www.hhs.texas.gov/sites/default/files/documents/chapter-747-revision-memo-september-2024.pdf</w:t>
      </w:r>
    </w:p>
    <w:p>
      <w:pPr>
        <w:pStyle w:val="ListBullet"/>
      </w:pPr>
      <w:r>
        <w:rPr>
          <w:rFonts w:ascii="Calibri" w:hAnsi="Calibri"/>
          <w:b w:val="0"/>
          <w:i w:val="0"/>
          <w:color w:val="232323"/>
          <w:sz w:val="18"/>
        </w:rPr>
        <w:t>Texas Register adopted Chapter 747 water-safety rules: https://www.sos.texas.gov/texreg/archive/September132024/Adopted%20Rules/26.HEALTH%20AND%20HUMAN%20SERVICES.html</w:t>
      </w:r>
    </w:p>
    <w:p>
      <w:pPr>
        <w:pStyle w:val="ListBullet"/>
      </w:pPr>
      <w:r>
        <w:rPr>
          <w:rFonts w:ascii="Calibri" w:hAnsi="Calibri"/>
          <w:b w:val="0"/>
          <w:i w:val="0"/>
          <w:color w:val="232323"/>
          <w:sz w:val="18"/>
        </w:rPr>
        <w:t>26 TAC Section 747.123 definitions: https://regulations.justia.com/states/texas/title-26/part-1/chapter-747/subchapter-a/division-3/section-747-123/</w:t>
      </w:r>
    </w:p>
    <w:p>
      <w:pPr>
        <w:pStyle w:val="ListBullet"/>
      </w:pPr>
      <w:r>
        <w:rPr>
          <w:rFonts w:ascii="Calibri" w:hAnsi="Calibri"/>
          <w:b w:val="0"/>
          <w:i w:val="0"/>
          <w:color w:val="232323"/>
          <w:sz w:val="18"/>
        </w:rPr>
        <w:t>26 TAC Section 747.501 operational policies: https://regulations.justia.com/states/texas/title-26/part-1/chapter-747/subchapter-b/division-4/section-747-501/</w:t>
      </w:r>
    </w:p>
    <w:p>
      <w:pPr>
        <w:pStyle w:val="ListBullet"/>
      </w:pPr>
      <w:r>
        <w:rPr>
          <w:rFonts w:ascii="Calibri" w:hAnsi="Calibri"/>
          <w:b w:val="0"/>
          <w:i w:val="0"/>
          <w:color w:val="232323"/>
          <w:sz w:val="18"/>
        </w:rPr>
        <w:t>26 TAC Section 747.605 admission information: https://www.law.cornell.edu/regulations/texas/26-Tex-Admin-Code-SS-747-605</w:t>
      </w:r>
    </w:p>
    <w:p>
      <w:pPr>
        <w:pStyle w:val="ListBullet"/>
      </w:pPr>
      <w:r>
        <w:rPr>
          <w:rFonts w:ascii="Calibri" w:hAnsi="Calibri"/>
          <w:b w:val="0"/>
          <w:i w:val="0"/>
          <w:color w:val="232323"/>
          <w:sz w:val="18"/>
        </w:rPr>
        <w:t>26 TAC Section 747.521 parent rights: https://www.law.cornell.edu/regulations/texas/26-Tex-Admin-Code-SS-747-521</w:t>
      </w:r>
    </w:p>
    <w:p>
      <w:pPr>
        <w:pStyle w:val="ListBullet"/>
      </w:pPr>
      <w:r>
        <w:rPr>
          <w:rFonts w:ascii="Calibri" w:hAnsi="Calibri"/>
          <w:b w:val="0"/>
          <w:i w:val="0"/>
          <w:color w:val="232323"/>
          <w:sz w:val="18"/>
        </w:rPr>
        <w:t>26 TAC Section 747.5003 emergency preparedness: https://regulations.justia.com/states/texas/title-26/part-1/chapter-747/subchapter-w/division-2/section-747-5003/</w:t>
      </w:r>
    </w:p>
    <w:p>
      <w:pPr>
        <w:pStyle w:val="ListBullet"/>
      </w:pPr>
      <w:r>
        <w:rPr>
          <w:rFonts w:ascii="Calibri" w:hAnsi="Calibri"/>
          <w:b w:val="0"/>
          <w:i w:val="0"/>
          <w:color w:val="232323"/>
          <w:sz w:val="18"/>
        </w:rPr>
        <w:t>26 TAC Section 747.1301 caregiver orientation: https://regulations.justia.com/states/texas/title-26/part-1/chapter-747/subchapter-d/division-4/section-747-1301/</w:t>
      </w:r>
    </w:p>
    <w:p>
      <w:pPr>
        <w:pStyle w:val="ListBullet"/>
      </w:pPr>
      <w:r>
        <w:rPr>
          <w:rFonts w:ascii="Calibri" w:hAnsi="Calibri"/>
          <w:b w:val="0"/>
          <w:i w:val="0"/>
          <w:color w:val="232323"/>
          <w:sz w:val="18"/>
        </w:rPr>
        <w:t>Fort Worth child-care licensing contact page: https://www.fortworthtexas.gov/departments/environmental-services/consumer-health/day-care</w:t>
      </w:r>
    </w:p>
    <w:p>
      <w:r>
        <w:br w:type="page"/>
      </w:r>
    </w:p>
    <w:p>
      <w:pPr>
        <w:pStyle w:val="Heading1"/>
        <w:spacing w:after="100"/>
      </w:pPr>
      <w:r>
        <w:rPr>
          <w:rFonts w:ascii="Calibri" w:hAnsi="Calibri"/>
          <w:b w:val="0"/>
          <w:i w:val="0"/>
          <w:color w:val="232323"/>
          <w:sz w:val="21"/>
        </w:rPr>
        <w:t>Required Policy and Record Map</w:t>
      </w:r>
    </w:p>
    <w:p>
      <w:pPr>
        <w:pStyle w:val="Heading3"/>
        <w:keepNext/>
        <w:spacing w:after="100"/>
      </w:pPr>
      <w:r>
        <w:rPr>
          <w:rFonts w:ascii="Calibri" w:hAnsi="Calibri"/>
          <w:b w:val="0"/>
          <w:i w:val="0"/>
          <w:color w:val="232323"/>
          <w:sz w:val="21"/>
        </w:rPr>
        <w:t>Required Policy and Record Map (Part 1 of 3)</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200"/>
        <w:gridCol w:w="2850"/>
        <w:gridCol w:w="4310"/>
      </w:tblGrid>
      <w:tr>
        <w:trPr>
          <w:cantSplit/>
        </w:trPr>
        <w:tc>
          <w:tcPr>
            <w:tcW w:type="dxa" w:w="2200"/>
            <w:vAlign w:val="center"/>
            <w:tcMar>
              <w:top w:w="90" w:type="dxa"/>
              <w:start w:w="120" w:type="dxa"/>
              <w:bottom w:w="90" w:type="dxa"/>
              <w:end w:w="120" w:type="dxa"/>
            </w:tcMar>
            <w:shd w:fill="FBF4E4"/>
          </w:tcPr>
          <w:p>
            <w:pPr>
              <w:spacing w:after="0"/>
            </w:pPr>
            <w:r/>
            <w:r>
              <w:rPr>
                <w:rFonts w:ascii="Calibri" w:hAnsi="Calibri"/>
                <w:b/>
                <w:i w:val="0"/>
                <w:color w:val="5B3A1A"/>
                <w:sz w:val="18"/>
              </w:rPr>
              <w:t>Requirement/Topic</w:t>
            </w:r>
          </w:p>
        </w:tc>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18"/>
              </w:rPr>
              <w:t>Packet Location</w:t>
            </w:r>
          </w:p>
        </w:tc>
        <w:tc>
          <w:tcPr>
            <w:tcW w:type="dxa" w:w="4310"/>
            <w:vAlign w:val="center"/>
            <w:tcMar>
              <w:top w:w="90" w:type="dxa"/>
              <w:start w:w="120" w:type="dxa"/>
              <w:bottom w:w="90" w:type="dxa"/>
              <w:end w:w="120" w:type="dxa"/>
            </w:tcMar>
            <w:shd w:fill="FBF4E4"/>
          </w:tcPr>
          <w:p>
            <w:pPr>
              <w:spacing w:after="0"/>
            </w:pPr>
            <w:r/>
            <w:r>
              <w:rPr>
                <w:rFonts w:ascii="Calibri" w:hAnsi="Calibri"/>
                <w:b/>
                <w:i w:val="0"/>
                <w:color w:val="5B3A1A"/>
                <w:sz w:val="18"/>
              </w:rPr>
              <w:t>Use</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Written operational policies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01 Parent Handbook and Operational Policies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Covers release, illness, medication, emergencies, discipline, age range/no infant care, nap/rest safety, animals, physical activity, parent rights, standards/hotline/HHSC access, emergency plan, health checks, vaccine-preventable disease statement, and epinephrine statement.</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Parent acknowledgment of policies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02 Enrollment and Child Records Packet</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Signed enrollment and parent acknowledgment forms.</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Admission information</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02 Enrollment and Child Records Packet</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Child, parent, emergency contact, authorized release, physician/facility, medical authorization, special care needs, allergies, age range acknowledgment, school-age, transportation, field trip, and water activity permissions.</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Child health records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02 Enrollment and Child Records Packet</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Health statement, immunization, TB if required, vision/hearing if applicable, medical orders, special care plan.</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Medication records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03 Health Safety and Daily Operations Forms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Medication authorization and administration record.</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Food allergy emergency plan</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02 Enrollment and Child Records Packet; 03 Health Safety and Daily Operations Forms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Plan template plus daily visibility reminders.</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Attendance/sign-in/out</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03 Health Safety and Daily Operations Forms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Daily attendance log.</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Menus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03 Health Safety and Daily Operations Forms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Menu and meal log.</w:t>
            </w:r>
          </w:p>
        </w:tc>
      </w:tr>
    </w:tbl>
    <w:p>
      <w:r>
        <w:br w:type="page"/>
      </w:r>
    </w:p>
    <w:p>
      <w:pPr>
        <w:pStyle w:val="Heading3"/>
        <w:keepNext/>
        <w:spacing w:after="100"/>
      </w:pPr>
      <w:r>
        <w:rPr>
          <w:rFonts w:ascii="Calibri" w:hAnsi="Calibri"/>
          <w:b w:val="0"/>
          <w:i w:val="0"/>
          <w:color w:val="232323"/>
          <w:sz w:val="21"/>
        </w:rPr>
        <w:t>Required Policy and Record Map (Part 2 of 3)</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200"/>
        <w:gridCol w:w="2850"/>
        <w:gridCol w:w="4310"/>
      </w:tblGrid>
      <w:tr>
        <w:trPr>
          <w:cantSplit/>
        </w:trPr>
        <w:tc>
          <w:tcPr>
            <w:tcW w:type="dxa" w:w="2200"/>
            <w:vAlign w:val="center"/>
            <w:tcMar>
              <w:top w:w="90" w:type="dxa"/>
              <w:start w:w="120" w:type="dxa"/>
              <w:bottom w:w="90" w:type="dxa"/>
              <w:end w:w="120" w:type="dxa"/>
            </w:tcMar>
            <w:shd w:fill="FBF4E4"/>
          </w:tcPr>
          <w:p>
            <w:pPr>
              <w:spacing w:after="0"/>
            </w:pPr>
            <w:r/>
            <w:r>
              <w:rPr>
                <w:rFonts w:ascii="Calibri" w:hAnsi="Calibri"/>
                <w:b/>
                <w:i w:val="0"/>
                <w:color w:val="5B3A1A"/>
                <w:sz w:val="18"/>
              </w:rPr>
              <w:t>Requirement/Topic</w:t>
            </w:r>
          </w:p>
        </w:tc>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18"/>
              </w:rPr>
              <w:t>Packet Location</w:t>
            </w:r>
          </w:p>
        </w:tc>
        <w:tc>
          <w:tcPr>
            <w:tcW w:type="dxa" w:w="4310"/>
            <w:vAlign w:val="center"/>
            <w:tcMar>
              <w:top w:w="90" w:type="dxa"/>
              <w:start w:w="120" w:type="dxa"/>
              <w:bottom w:w="90" w:type="dxa"/>
              <w:end w:w="120" w:type="dxa"/>
            </w:tcMar>
            <w:shd w:fill="FBF4E4"/>
          </w:tcPr>
          <w:p>
            <w:pPr>
              <w:spacing w:after="0"/>
            </w:pPr>
            <w:r/>
            <w:r>
              <w:rPr>
                <w:rFonts w:ascii="Calibri" w:hAnsi="Calibri"/>
                <w:b/>
                <w:i w:val="0"/>
                <w:color w:val="5B3A1A"/>
                <w:sz w:val="18"/>
              </w:rPr>
              <w:t>Use</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Emergency preparedness plan</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04 Emergency Preparedness Plan and Drill Log</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Evacuation, relocation, shelter/lock-down, communication, essential documents, continuing care, reunification.</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Emergency drills and safety documentation</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04 Emergency Preparedness Plan and Drill Log</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Drill log and safety crosswalk.</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Caregiver orientation</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05 Staff Household Compliance Binder</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Orientation checklist tied to Chapter 747 topics.</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Annual training documentation</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05 Staff Household Compliance Binder</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Training planner, certificate location, water safety log.</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Parent rights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01 Parent Handbook and Operational Policies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Parent rights summary and contact/access information.</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Water activity and PFD requirements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01, 02, 03, and 05</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Policy, parent permission, child swimming/PFD status, activity checklist, caregiver water safety training log.</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Photo, video, and social media consent</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06 Photo Video and Social Media Consent Form</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Standalone parent permission choices for private photos, printed materials, website/marketing, public social media, video, name use, and restrictions.</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Liability insurance notice</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03 Health Safety and Daily Operations Forms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Insurance status and parent notice signature.</w:t>
            </w:r>
          </w:p>
        </w:tc>
      </w:tr>
    </w:tbl>
    <w:p>
      <w:r>
        <w:br w:type="page"/>
      </w:r>
    </w:p>
    <w:p>
      <w:pPr>
        <w:pStyle w:val="Heading3"/>
        <w:keepNext/>
        <w:spacing w:after="100"/>
      </w:pPr>
      <w:r>
        <w:rPr>
          <w:rFonts w:ascii="Calibri" w:hAnsi="Calibri"/>
          <w:b w:val="0"/>
          <w:i w:val="0"/>
          <w:color w:val="232323"/>
          <w:sz w:val="21"/>
        </w:rPr>
        <w:t>Required Policy and Record Map (Part 3 of 3)</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200"/>
        <w:gridCol w:w="2850"/>
        <w:gridCol w:w="4310"/>
      </w:tblGrid>
      <w:tr>
        <w:trPr>
          <w:cantSplit/>
        </w:trPr>
        <w:tc>
          <w:tcPr>
            <w:tcW w:type="dxa" w:w="2200"/>
            <w:vAlign w:val="center"/>
            <w:tcMar>
              <w:top w:w="90" w:type="dxa"/>
              <w:start w:w="120" w:type="dxa"/>
              <w:bottom w:w="90" w:type="dxa"/>
              <w:end w:w="120" w:type="dxa"/>
            </w:tcMar>
            <w:shd w:fill="FBF4E4"/>
          </w:tcPr>
          <w:p>
            <w:pPr>
              <w:spacing w:after="0"/>
            </w:pPr>
            <w:r/>
            <w:r>
              <w:rPr>
                <w:rFonts w:ascii="Calibri" w:hAnsi="Calibri"/>
                <w:b/>
                <w:i w:val="0"/>
                <w:color w:val="5B3A1A"/>
                <w:sz w:val="18"/>
              </w:rPr>
              <w:t>Requirement/Topic</w:t>
            </w:r>
          </w:p>
        </w:tc>
        <w:tc>
          <w:tcPr>
            <w:tcW w:type="dxa" w:w="2850"/>
            <w:vAlign w:val="center"/>
            <w:tcMar>
              <w:top w:w="90" w:type="dxa"/>
              <w:start w:w="120" w:type="dxa"/>
              <w:bottom w:w="90" w:type="dxa"/>
              <w:end w:w="120" w:type="dxa"/>
            </w:tcMar>
            <w:shd w:fill="FBF4E4"/>
          </w:tcPr>
          <w:p>
            <w:pPr>
              <w:spacing w:after="0"/>
            </w:pPr>
            <w:r/>
            <w:r>
              <w:rPr>
                <w:rFonts w:ascii="Calibri" w:hAnsi="Calibri"/>
                <w:b/>
                <w:i w:val="0"/>
                <w:color w:val="5B3A1A"/>
                <w:sz w:val="18"/>
              </w:rPr>
              <w:t>Packet Location</w:t>
            </w:r>
          </w:p>
        </w:tc>
        <w:tc>
          <w:tcPr>
            <w:tcW w:type="dxa" w:w="4310"/>
            <w:vAlign w:val="center"/>
            <w:tcMar>
              <w:top w:w="90" w:type="dxa"/>
              <w:start w:w="120" w:type="dxa"/>
              <w:bottom w:w="90" w:type="dxa"/>
              <w:end w:w="120" w:type="dxa"/>
            </w:tcMar>
            <w:shd w:fill="FBF4E4"/>
          </w:tcPr>
          <w:p>
            <w:pPr>
              <w:spacing w:after="0"/>
            </w:pPr>
            <w:r/>
            <w:r>
              <w:rPr>
                <w:rFonts w:ascii="Calibri" w:hAnsi="Calibri"/>
                <w:b/>
                <w:i w:val="0"/>
                <w:color w:val="5B3A1A"/>
                <w:sz w:val="18"/>
              </w:rPr>
              <w:t>Use</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CPSC unsafe product review</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03 Health Safety and Daily Operations Forms</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Certification template.</w:t>
            </w:r>
          </w:p>
        </w:tc>
      </w:tr>
      <w:tr>
        <w:trPr>
          <w:cantSplit/>
        </w:trPr>
        <w:tc>
          <w:tcPr>
            <w:tcW w:type="dxa" w:w="2200"/>
            <w:vAlign w:val="center"/>
            <w:tcMar>
              <w:top w:w="90" w:type="dxa"/>
              <w:start w:w="120" w:type="dxa"/>
              <w:bottom w:w="90" w:type="dxa"/>
              <w:end w:w="120" w:type="dxa"/>
            </w:tcMar>
          </w:tcPr>
          <w:p>
            <w:pPr>
              <w:spacing w:after="0"/>
            </w:pPr>
            <w:r/>
            <w:r>
              <w:rPr>
                <w:rFonts w:ascii="Calibri" w:hAnsi="Calibri"/>
                <w:b w:val="0"/>
                <w:i w:val="0"/>
                <w:color w:val="232323"/>
                <w:sz w:val="17"/>
              </w:rPr>
              <w:t>Pets/animal records</w:t>
            </w:r>
          </w:p>
        </w:tc>
        <w:tc>
          <w:tcPr>
            <w:tcW w:type="dxa" w:w="2850"/>
            <w:vAlign w:val="center"/>
            <w:tcMar>
              <w:top w:w="90" w:type="dxa"/>
              <w:start w:w="120" w:type="dxa"/>
              <w:bottom w:w="90" w:type="dxa"/>
              <w:end w:w="120" w:type="dxa"/>
            </w:tcMar>
          </w:tcPr>
          <w:p>
            <w:pPr>
              <w:spacing w:after="0"/>
            </w:pPr>
            <w:r/>
            <w:r>
              <w:rPr>
                <w:rFonts w:ascii="Calibri" w:hAnsi="Calibri"/>
                <w:b w:val="0"/>
                <w:i w:val="0"/>
                <w:color w:val="232323"/>
                <w:sz w:val="17"/>
              </w:rPr>
              <w:t>01 and 03</w:t>
            </w:r>
          </w:p>
        </w:tc>
        <w:tc>
          <w:tcPr>
            <w:tcW w:type="dxa" w:w="4310"/>
            <w:vAlign w:val="center"/>
            <w:tcMar>
              <w:top w:w="90" w:type="dxa"/>
              <w:start w:w="120" w:type="dxa"/>
              <w:bottom w:w="90" w:type="dxa"/>
              <w:end w:w="120" w:type="dxa"/>
            </w:tcMar>
          </w:tcPr>
          <w:p>
            <w:pPr>
              <w:spacing w:after="0"/>
            </w:pPr>
            <w:r/>
            <w:r>
              <w:rPr>
                <w:rFonts w:ascii="Calibri" w:hAnsi="Calibri"/>
                <w:b w:val="0"/>
                <w:i w:val="0"/>
                <w:color w:val="232323"/>
                <w:sz w:val="17"/>
              </w:rPr>
              <w:t>Animal policy and vaccination log.</w:t>
            </w:r>
          </w:p>
        </w:tc>
      </w:tr>
    </w:tbl>
    <w:p>
      <w:r>
        <w:br w:type="page"/>
      </w:r>
    </w:p>
    <w:p>
      <w:pPr>
        <w:pStyle w:val="Heading1"/>
        <w:spacing w:after="100"/>
      </w:pPr>
      <w:r>
        <w:rPr>
          <w:rFonts w:ascii="Calibri" w:hAnsi="Calibri"/>
          <w:b w:val="0"/>
          <w:i w:val="0"/>
          <w:color w:val="232323"/>
          <w:sz w:val="21"/>
        </w:rPr>
        <w:t>Startup Customization Checklist</w:t>
      </w:r>
    </w:p>
    <w:p>
      <w:pPr>
        <w:pStyle w:val="Heading3"/>
        <w:keepNext/>
        <w:spacing w:after="100"/>
      </w:pPr>
      <w:r>
        <w:rPr>
          <w:rFonts w:ascii="Calibri" w:hAnsi="Calibri"/>
          <w:b w:val="0"/>
          <w:i w:val="0"/>
          <w:color w:val="232323"/>
          <w:sz w:val="21"/>
        </w:rPr>
        <w:t>Before Using These Documents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Fill in permit/license type and number once assigned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Confirm approved capacity and ratio practices for registered or licensed home status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Confirm whether transportation, field trips, animals, swimming pools, wading pools, sprinkler play, toddlers 18-23 months, school-age transportation, or unassigned epinephrine policies apply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Add local CCR office name, address, phone, and assigned inspector once known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Attach evacuation/relocation diagram specific to the home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Review city/county health, fire, zoning, HOA, and insurance requirements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Have parents sign new acknowledgments whenever policies materially change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Keep a clean master copy and make dated versions for families and licensing files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sectPr w:rsidR="00FC693F" w:rsidRPr="0006063C" w:rsidSect="00034616">
      <w:headerReference w:type="default" r:id="rId9"/>
      <w:footerReference w:type="default" r:id="rId10"/>
      <w:pgSz w:w="12240" w:h="15840"/>
      <w:pgMar w:top="1224"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504 Cold Mountain Trail, Fort Worth, Texas 76131 | 682-230-3325 | audriegaucin@outlook.com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80"/>
      <w:jc w:val="left"/>
      <w:tblLayout w:type="fixed"/>
      <w:tblLook w:firstColumn="1" w:firstRow="1" w:lastColumn="0" w:lastRow="0" w:noHBand="0" w:noVBand="1" w:val="04A0"/>
    </w:tblPr>
    <w:tblGrid>
      <w:gridCol w:w="1100"/>
      <w:gridCol w:w="8280"/>
    </w:tblGrid>
    <w:tr>
      <w:trPr>
        <w:cantSplit/>
      </w:trPr>
      <w:tc>
        <w:tcPr>
          <w:tcW w:type="dxa" w:w="1100"/>
          <w:vAlign w:val="center"/>
          <w:tcMar>
            <w:top w:w="90" w:type="dxa"/>
            <w:start w:w="120" w:type="dxa"/>
            <w:bottom w:w="90" w:type="dxa"/>
            <w:end w:w="120" w:type="dxa"/>
          </w:tcMar>
        </w:tcPr>
        <w:p>
          <w:pPr>
            <w:jc w:val="left"/>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Audrie.png"/>
                        <pic:cNvPicPr/>
                      </pic:nvPicPr>
                      <pic:blipFill>
                        <a:blip r:embed="rId1"/>
                        <a:stretch>
                          <a:fillRect/>
                        </a:stretch>
                      </pic:blipFill>
                      <pic:spPr>
                        <a:xfrm>
                          <a:off x="0" y="0"/>
                          <a:ext cx="530352" cy="530352"/>
                        </a:xfrm>
                        <a:prstGeom prst="rect"/>
                      </pic:spPr>
                    </pic:pic>
                  </a:graphicData>
                </a:graphic>
              </wp:inline>
            </w:drawing>
          </w:r>
        </w:p>
      </w:tc>
      <w:tc>
        <w:tcPr>
          <w:tcW w:type="dxa" w:w="8280"/>
          <w:vAlign w:val="center"/>
          <w:tcMar>
            <w:top w:w="90" w:type="dxa"/>
            <w:start w:w="120" w:type="dxa"/>
            <w:bottom w:w="90" w:type="dxa"/>
            <w:end w:w="120" w:type="dxa"/>
          </w:tcMar>
        </w:tcPr>
        <w:p>
          <w:pPr>
            <w:jc w:val="right"/>
          </w:pPr>
          <w:r>
            <w:rPr>
              <w:rFonts w:ascii="Calibri" w:hAnsi="Calibri"/>
              <w:b/>
              <w:i w:val="0"/>
              <w:color w:val="5B3A1A"/>
              <w:sz w:val="17"/>
            </w:rPr>
            <w:t>Wild Arrow Play School | Compliance Crosswalk</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5B3A1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D7B6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B3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518"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ind w:left="518"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